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Batch Cook &amp; Lunch Plan</w:t>
      </w:r>
    </w:p>
    <w:p>
      <w:r>
        <w:t>High-Protein, High-Fiber Lunches using Chicken, Ground Beef, and Salmon</w:t>
      </w:r>
    </w:p>
    <w:p>
      <w:pPr>
        <w:pStyle w:val="Heading2"/>
      </w:pPr>
      <w:r>
        <w:t>Batch Cook Quantities</w:t>
      </w:r>
    </w:p>
    <w:p>
      <w:r>
        <w:br/>
        <w:t>• Chicken Breast – 2 lbs (32 oz), cooked in Instant Pot with broth, garlic, and herbs. Shred or chop.</w:t>
        <w:br/>
        <w:t>• Lean Ground Beef (93/7) – 2 lbs (32 oz), browned with onion and garlic. Drain if needed.</w:t>
        <w:br/>
        <w:t>• Salmon – 1.5 lbs (24 oz), baked with lemon, dill, and garlic at 400°F for 12–15 minutes.</w:t>
        <w:br/>
      </w:r>
    </w:p>
    <w:p>
      <w:pPr>
        <w:pStyle w:val="Heading2"/>
      </w:pPr>
      <w:r>
        <w:t>Chicken Lunches</w:t>
      </w:r>
    </w:p>
    <w:p>
      <w:pPr>
        <w:pStyle w:val="Heading3"/>
      </w:pPr>
      <w:r>
        <w:t>1. Chicken &amp; White Bean Salad (Make Ahead)</w:t>
      </w:r>
    </w:p>
    <w:p>
      <w:r>
        <w:t>Ingredients:</w:t>
        <w:br/>
        <w:t>4 oz chicken, ½ cup white beans, 1 cup romaine, ½ cup cherry tomatoes, 1 tbsp olive oil + lemon juice, 1 tbsp pumpkin seeds</w:t>
      </w:r>
    </w:p>
    <w:p>
      <w:r>
        <w:t>Macros: 410 cal | 38g protein | 11g fiber | 19g fat | 24g carbs</w:t>
      </w:r>
    </w:p>
    <w:p/>
    <w:p>
      <w:pPr>
        <w:pStyle w:val="Heading3"/>
      </w:pPr>
      <w:r>
        <w:t>2. Chicken Veggie Stir Fry (At Home)</w:t>
      </w:r>
    </w:p>
    <w:p>
      <w:r>
        <w:t>Ingredients:</w:t>
        <w:br/>
        <w:t>4 oz chopped chicken, 1 cup stir-fry veggies, ½ cup brown rice, 1 tbsp soy sauce, ½ tsp sesame oil, red pepper flakes</w:t>
      </w:r>
    </w:p>
    <w:p>
      <w:r>
        <w:t>Macros: 390 cal | 36g protein | 8g fiber | 12g fat | 32g carbs</w:t>
      </w:r>
    </w:p>
    <w:p/>
    <w:p>
      <w:pPr>
        <w:pStyle w:val="Heading3"/>
      </w:pPr>
      <w:r>
        <w:t>3. Chicken Lettuce Wraps (Make Ahead)</w:t>
      </w:r>
    </w:p>
    <w:p>
      <w:r>
        <w:t>Ingredients:</w:t>
        <w:br/>
        <w:t>4 oz chicken, 1 tbsp Greek yogurt + mustard, ¼ avocado, 1 tbsp pickles, 3 romaine leaves</w:t>
      </w:r>
    </w:p>
    <w:p>
      <w:r>
        <w:t>Macros: 350 cal | 34g protein | 7g fiber | 17g fat | 10g carbs</w:t>
      </w:r>
    </w:p>
    <w:p/>
    <w:p>
      <w:pPr>
        <w:pStyle w:val="Heading3"/>
      </w:pPr>
      <w:r>
        <w:t>4. Chicken &amp; Chickpea Power Bowl (At Home or Prep)</w:t>
      </w:r>
    </w:p>
    <w:p>
      <w:r>
        <w:t>Ingredients:</w:t>
        <w:br/>
        <w:t>4 oz chicken, ½ cup chickpeas, ½ cup quinoa or rice, 1 cup cucumber &amp; tomato, 2 tbsp hummus</w:t>
      </w:r>
    </w:p>
    <w:p>
      <w:r>
        <w:t>Macros: 450 cal | 39g protein | 10g fiber | 14g fat | 37g carbs</w:t>
      </w:r>
    </w:p>
    <w:p/>
    <w:p>
      <w:pPr>
        <w:pStyle w:val="Heading2"/>
      </w:pPr>
      <w:r>
        <w:t>Lean Ground Beef Lunches</w:t>
      </w:r>
    </w:p>
    <w:p>
      <w:pPr>
        <w:pStyle w:val="Heading3"/>
      </w:pPr>
      <w:r>
        <w:t>1. Taco Salad (Make Ahead or At Home)</w:t>
      </w:r>
    </w:p>
    <w:p>
      <w:r>
        <w:t>Ingredients:</w:t>
        <w:br/>
        <w:t>4 oz beef, 2 cups romaine, ¼ cup black beans, ¼ cup salsa, 1 tbsp Greek yogurt, 2 tbsp cheddar, 5 tortilla chips</w:t>
      </w:r>
    </w:p>
    <w:p>
      <w:r>
        <w:t>Macros: 430 cal | 36g protein | 9g fiber | 18g fat | 24g carbs</w:t>
      </w:r>
    </w:p>
    <w:p/>
    <w:p>
      <w:pPr>
        <w:pStyle w:val="Heading3"/>
      </w:pPr>
      <w:r>
        <w:t>2. Stuffed Bell Peppers (Make Ahead)</w:t>
      </w:r>
    </w:p>
    <w:p>
      <w:r>
        <w:t>Ingredients:</w:t>
        <w:br/>
        <w:t>4 oz beef, ½ cup brown rice, ¼ cup black beans, 1 bell pepper (halved), 2 tbsp tomato sauce</w:t>
      </w:r>
    </w:p>
    <w:p>
      <w:r>
        <w:t>Macros: 400 cal | 34g protein | 10g fiber | 14g fat | 30g carbs</w:t>
      </w:r>
    </w:p>
    <w:p/>
    <w:p>
      <w:pPr>
        <w:pStyle w:val="Heading3"/>
      </w:pPr>
      <w:r>
        <w:t>3. Beef &amp; Zucchini Skillet (At Home)</w:t>
      </w:r>
    </w:p>
    <w:p>
      <w:r>
        <w:t>Ingredients:</w:t>
        <w:br/>
        <w:t>4 oz beef, 1 cup zucchini &amp; onion, ½ cup diced tomatoes, seasoning, ½ cup lentils</w:t>
      </w:r>
    </w:p>
    <w:p>
      <w:r>
        <w:t>Macros: 430 cal | 39g protein | 11g fiber | 14g fat | 32g carbs</w:t>
      </w:r>
    </w:p>
    <w:p/>
    <w:p>
      <w:pPr>
        <w:pStyle w:val="Heading3"/>
      </w:pPr>
      <w:r>
        <w:t>4. Beef &amp; Hummus Pita (Make Ahead)</w:t>
      </w:r>
    </w:p>
    <w:p>
      <w:r>
        <w:t>Ingredients:</w:t>
        <w:br/>
        <w:t>4 oz beef, 1 whole wheat pita, 2 tbsp hummus, ½ cup lettuce, tomato &amp; onion</w:t>
      </w:r>
    </w:p>
    <w:p>
      <w:r>
        <w:t>Macros: 420 cal | 35g protein | 9g fiber | 14g fat | 33g carbs</w:t>
      </w:r>
    </w:p>
    <w:p/>
    <w:p>
      <w:pPr>
        <w:pStyle w:val="Heading2"/>
      </w:pPr>
      <w:r>
        <w:t>Salmon Lunches</w:t>
      </w:r>
    </w:p>
    <w:p>
      <w:pPr>
        <w:pStyle w:val="Heading3"/>
      </w:pPr>
      <w:r>
        <w:t>1. Salmon &amp; Farro Veggie Bowl (Make Ahead)</w:t>
      </w:r>
    </w:p>
    <w:p>
      <w:r>
        <w:t>Ingredients:</w:t>
        <w:br/>
        <w:t>4 oz salmon, ½ cup farro or rice, 1 cup green beans or broccoli, 1 tbsp olive oil + lemon</w:t>
      </w:r>
    </w:p>
    <w:p>
      <w:r>
        <w:t>Macros: 460 cal | 36g protein | 8g fiber | 21g fat | 28g carbs</w:t>
      </w:r>
    </w:p>
    <w:p/>
    <w:p>
      <w:pPr>
        <w:pStyle w:val="Heading3"/>
      </w:pPr>
      <w:r>
        <w:t>2. Salmon Avocado Wrap (At Home or Packable)</w:t>
      </w:r>
    </w:p>
    <w:p>
      <w:r>
        <w:t>Ingredients:</w:t>
        <w:br/>
        <w:t>4 oz salmon, 1 high-fiber tortilla, ¼ avocado, ½ cup spinach, 1 tbsp Greek yogurt</w:t>
      </w:r>
    </w:p>
    <w:p>
      <w:r>
        <w:t>Macros: 440 cal | 34g protein | 11g fiber | 19g fat | 26g carbs</w:t>
      </w:r>
    </w:p>
    <w:p/>
    <w:p>
      <w:pPr>
        <w:pStyle w:val="Heading3"/>
      </w:pPr>
      <w:r>
        <w:t>3. Salmon &amp; Bean Salad (Make Ahead)</w:t>
      </w:r>
    </w:p>
    <w:p>
      <w:r>
        <w:t>Ingredients:</w:t>
        <w:br/>
        <w:t>4 oz salmon, ½ cup white beans, ½ cup celery &amp; red pepper, 1 tbsp olive oil + vinegar, 1 tsp Dijon</w:t>
      </w:r>
    </w:p>
    <w:p>
      <w:r>
        <w:t>Macros: 430 cal | 35g protein | 10g fiber | 18g fat | 24g carbs</w:t>
      </w:r>
    </w:p>
    <w:p/>
    <w:p>
      <w:pPr>
        <w:pStyle w:val="Heading3"/>
      </w:pPr>
      <w:r>
        <w:t>4. Salmon Rice Cake Stack (At Home or Assemble Fresh)</w:t>
      </w:r>
    </w:p>
    <w:p>
      <w:r>
        <w:t>Ingredients:</w:t>
        <w:br/>
        <w:t>4 oz salmon, 2 brown rice cakes, 2 tbsp cottage cheese or Greek yogurt, cucumber slices, seasoning</w:t>
      </w:r>
    </w:p>
    <w:p>
      <w:r>
        <w:t>Macros: 400 cal | 37g protein | 7g fiber | 14g fat | 26g carbs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